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F0C7A" w14:textId="77777777" w:rsidR="00354ABA" w:rsidRDefault="00000000">
      <w:r>
        <w:rPr>
          <w:b/>
        </w:rPr>
        <w:t>SCHOLARSHIP APPLICATION UPDATE</w:t>
      </w:r>
    </w:p>
    <w:p w14:paraId="538E4AD5" w14:textId="77777777" w:rsidR="00354ABA" w:rsidRDefault="00354ABA"/>
    <w:p w14:paraId="14D9B529" w14:textId="77777777" w:rsidR="00354ABA" w:rsidRDefault="00000000">
      <w:r>
        <w:t>Thank you for your interest in the Alice M. Yarnold and Samuel Yarnold Scholarship Trust.</w:t>
      </w:r>
    </w:p>
    <w:p w14:paraId="7F07946C" w14:textId="7F4EA423" w:rsidR="00354ABA" w:rsidRDefault="00000000">
      <w:r>
        <w:t>A new scholarship application will be available in February for the upcoming award cycle.</w:t>
      </w:r>
    </w:p>
    <w:p w14:paraId="60D5EBB8" w14:textId="77777777" w:rsidR="00354ABA" w:rsidRDefault="00000000">
      <w:r>
        <w:t>We appreciate your interest in the scholarship program and wish you continued success in your educational goals.</w:t>
      </w:r>
    </w:p>
    <w:p w14:paraId="09C0CEAF" w14:textId="77777777" w:rsidR="00354ABA" w:rsidRDefault="00354ABA"/>
    <w:p w14:paraId="44C5C513" w14:textId="77777777" w:rsidR="00354ABA" w:rsidRDefault="00000000">
      <w:r>
        <w:t>Sincerely,</w:t>
      </w:r>
    </w:p>
    <w:p w14:paraId="722637E6" w14:textId="77777777" w:rsidR="00354ABA" w:rsidRDefault="00000000">
      <w:r>
        <w:t>Alice M. Yarnold and Samuel Yarnold Scholarship Trust</w:t>
      </w:r>
    </w:p>
    <w:sectPr w:rsidR="00354AB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400520">
    <w:abstractNumId w:val="8"/>
  </w:num>
  <w:num w:numId="2" w16cid:durableId="346176290">
    <w:abstractNumId w:val="6"/>
  </w:num>
  <w:num w:numId="3" w16cid:durableId="54819037">
    <w:abstractNumId w:val="5"/>
  </w:num>
  <w:num w:numId="4" w16cid:durableId="1523738981">
    <w:abstractNumId w:val="4"/>
  </w:num>
  <w:num w:numId="5" w16cid:durableId="1033700305">
    <w:abstractNumId w:val="7"/>
  </w:num>
  <w:num w:numId="6" w16cid:durableId="1710759389">
    <w:abstractNumId w:val="3"/>
  </w:num>
  <w:num w:numId="7" w16cid:durableId="2084334759">
    <w:abstractNumId w:val="2"/>
  </w:num>
  <w:num w:numId="8" w16cid:durableId="187790823">
    <w:abstractNumId w:val="1"/>
  </w:num>
  <w:num w:numId="9" w16cid:durableId="92676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4ABA"/>
    <w:rsid w:val="00AA1D8D"/>
    <w:rsid w:val="00B47730"/>
    <w:rsid w:val="00CB0664"/>
    <w:rsid w:val="00EC6265"/>
    <w:rsid w:val="00F84A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597E47"/>
  <w14:defaultImageDpi w14:val="300"/>
  <w15:docId w15:val="{97C753FA-32D5-4659-8C20-480518B1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Ramsdell</cp:lastModifiedBy>
  <cp:revision>2</cp:revision>
  <dcterms:created xsi:type="dcterms:W3CDTF">2026-09-04T16:04:00Z</dcterms:created>
  <dcterms:modified xsi:type="dcterms:W3CDTF">2026-09-04T16:04:00Z</dcterms:modified>
  <cp:category/>
</cp:coreProperties>
</file>